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שבעה מסעות, בית אחד: משחק העליות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העלייה לארץ ישראל דרך סיפורי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מפה והבנת מסע ממקום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הבנת הנשמע דרך סיפורים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קבלת השונה ואחדות למרות 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עלייה ומה זה מסע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מסע מספרים על ילד אחר שמגיע מקהילה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ילד מגיע מקהילה אחרת, ולכל אחד דרך משלו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עלייה היא המעבר לארץ ישראל כדי לגור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עלייה ומה זה מסע – איך בונים את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חפץ למזוודת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עלייה ומה זה מסע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עלייה ומה זה מסע – מתאימים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(שתי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(חפץ למזוודה)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מפה ומכירים קהילות – מה זוכרים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ילד מגיע מקהילה אחרת וממקום אחר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מסע אוספים חפץ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קודם שומעים את הסיפור ואז פותרים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ילד יוצא מנקודה אחרת במפה, מקהילה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מפה ומכירים קהילות –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מפה ומכירים קהילות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(מסמנים מקום על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(שומעים על הילד ועל הקהילה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(עונים על שתי משימות הקשורות 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(מוסיפים פריט חדש למזוודת המסע)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קוראים מפה ומכירים קהילות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מקשיבים לסיפור ומבינים אותו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חפץ למזוודה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מקשיבים לסיפור ומבינים אותו – פרטים חשובים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מזוודה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מקשיבים לסיפור ומבינים אותו – מסדרים את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פותרים שתי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אוספים חפץ למזוודה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מקשיבים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פותרים משימות מסע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למזוודה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פותרים משימות מסע – תרגול המבנה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מסע מככב ילד או ילדה מקהילה אחרת, ולכל אחד דרך משלו לארץ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דרך שונה משלו, ולכן יש שבע דרכים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פותרים משימות מסע – השלמת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אוספים חפצים למזוודה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בנוי משבעה מסעות של שבעה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דרך משלו להגיע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אוספים חפצים למזוודה – איך בונים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אוספים חפצים למזוודה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קהילות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אוספים חפצים למזוודה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(שתי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(חפץ למזוודה)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שבעה מסעות, בית אחד - מה משותף לכולם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מקשיבים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פשוט: עלייה היא לעבור לגור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פרטים נכונים מהסיפור - מאיפה יצא הילד, מה קרה בדרך, מה הרגיש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שלמרות השוני בדרכים ובקהילות, כולם מגיעים לבית אחד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כל שיעור בחזרה קצרה על הפרק הקודם לפני המעבר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להוסיף תמונות או ציורים לצד הטקסט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להשוות בין שני מסעות שונים ולכתוב במשפט אחד מה דומה ומה שונה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שבעה מסעות, בית אחד: משחק העליות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נלך בעקבות שבעה ילדים. כל ילד יצא ממקום אחר. נלמד על מפה, נשמע סיפור, ונפתור משימות. בסוף נבין מה משותף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לעבור ולגור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שגרים וחיים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של מקומות ודרכים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שלוקחים איתו למסע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קטן שאפשר להחזיק ולשמור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ארץ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הגיעו הילדים במסע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מרגישים שייכים ובטוחים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חוויה של אדם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עלייה ומה זה מסע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יש שבעה ילדים משבע 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במשחק גדלו באותה קהילה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היא כשיהודים עוברים לגור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עלייה ומה זה מסע – איך בונים את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יש בכל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שמים במזוודה בסוף המסע?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למזוודת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עלייה ומה זה מסע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קודם כול בוחרים נקודה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שבוחרים נקודה, מקשיבים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המשחק הוא שבעה מסעות, __________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עלייה ומה זה מסע – מתאימים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למזוודה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 המפה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קוראים מפה ומכירים קהילות – מה זוכרים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יש שבעה ילדים ושבע קהילות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מסע אוספים שני חפצים למזוודה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שפותרים את המשימות צריך להקשיב לסיפור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במשחק יוצאים לדרך מאותה נקודה במפה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קוראים מפה ומכירים קהילות –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יש __________ ילדים וילדות ושבע 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להתחיל מסע חדש צריך לבחור __________ על המפה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קוראים מפה ומכירים קהילות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עונים על שתי משימות הקשורות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 לסיפור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מוסיפים פריט חדש למזוודת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פותרים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מסמנים מקום על המפה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אוספים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שומעים על הילד ועל הקהילה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קוראים מפה ומכירים קהילות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משתתפים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מקשיבים לסיפור ומבינים אותו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יש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אוספים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נקודה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מקשיבים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יש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שמים במזוודה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מקשיבים לסיפור ומבינים אותו – פרטים חשובים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להבין את הסיפור צריך לדעת מאיזו קהילה __________ הילד או הילדה.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מספרים גם לאן הילד או הילדה __________ בסוף המסע.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להקשיב גם למה הילד או הילדה __________ בדרך - שמחה, פחד או התרגשות.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המסע כל ילד שם חפץ מיוחד ב__________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מקשיבים לסיפור ומבינים אותו – מסדרים את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נקודה במפה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שתי משימות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חפץ למזוודה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פותרים משימות מסע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מסעות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יש בכל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מקבלים בסוף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פותרים משימות מסע – תרגול המבנה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מככבים שבעה ילדים משבע קהילות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שבעת הילדים יש בדיוק אותה דרך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פותרים משימות מסע – השלמת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שמקשיבים לסיפור, קודם כל __________ נקודה על המפה.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שמקשיבים לסיפור פותרים __________ משימות.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אוספים חפצים למזוודה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יש שבעה ילדים משבע 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במשחק הגיעו לארץ ישראל באותה הדרך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אוספים חפצים למזוודה – איך בונים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השלב הראשון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נקודה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אוספים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יש בכל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אוספים חפצים למזוודה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כל מסע אוספים __________ למזוודה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יש שבע __________ ושבע דרכים לארץ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אוספים חפצים למזוודה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 למזוודה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שבעה מסעות, בית אחד - מה משותף לכולם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קהילות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אחרי בחירת הנקודה?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פותרים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אוספים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חיבור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 או יכולה להסביר מה זה עלייה במילים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 או יודעת לספר על מסע של ילד אחד מהמשחק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 או מבינה למה כל הילדים הגיעו לאותו בית, למרות שבאו ממקומות שונים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שבעה מסעות, בית אחד: משחק העליות לארץ 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