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העלייה לארץ ישראל דרך סיפורי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והבנת מסע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הבנת הנשמע דרך סיפורים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קבלת השונה ואחדות למרות 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עלייה ומה זה מסע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מספרים על ילד אחר שמגיע מקהילה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 מגיע מקהילה אחרת, ולכל אחד דרך משלו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עלייה ומה זה מסע – איך בונים את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חפץ למזוודת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עלייה ומה זה מסע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עלייה ומה זה מסע – מתאימים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מפה ומכירים קהילות – מה זוכרים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מגיע מקהילה אחרת וממקום אחר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מסע אוספים חפץ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קודם שומעים את הסיפור ואז פותרים משימות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מפה ומכירים קהילות – שלבי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מפה ומכירים קהילות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(מסמנים מקום 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(שומעים על הילד ועל הקהילה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(עונים על שתי משימות הקשורות 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(מוסיפים פריט חדש למזוודת המסע)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מפה ומכירים קהילות – חושבים לעומק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מקשיבים לסיפור ומבינים אותו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מקשיבים לסיפור ומבינים אותו – פרטים חשובים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מקשיבים לסיפור ומבינים אותו – מסדרים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נקודה במפה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משימות מסע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משימות מסע – תרגול המבנה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מככב ילד או ילדה מקהילה אחרת, ולכל אחד דרך משלו לארץ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שונה משלו, ולכן יש שבע דרכים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משימות מסע – השלמת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אוספים חפצים למזוודה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בנוי משבעה מסעות של שבעה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משלו להגיע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אוספים חפצים למזוודה – איך בונים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אוספים חפצים למזוודה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אוספים חפצים למזוודה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שבעה מסעות, בית אחד - מה משותף לכולם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עלייה היא לעבור לגור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נכונים מהסיפור - מאיפה יצא הילד, מה קרה בדרך, מה הרגיש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שלמרות השוני בדרכים ובקהילות, כולם מגיעים לבית אחד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כל שיעור בחזרה קצרה על הפרק הקודם לפני המעבר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להוסיף תמונות או ציורים לצד הטקסט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להשוות בין שני מסעות שונים ולכתוב במשפט אחד מה דומה ומה שונה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נצא יחד למסע בעקבות שבעה ילדים ושבע קהילות. בכל פרק נתרגל חלק אחר מהמשחק - מפה, סיפור, משימות ומזוודה. בסוף נבין מה משותף לכל המסעות, למרות שהם שונים זה מזה.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  ·  קהילות  ·  בוחרים  ·  הגיע  ·  מפה  ·  חפץ  ·  שתי  ·  יצא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עלייה ומה זה מסע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הילדים במשחק גדלו באותה קהילה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עלייה ומה זה מסע – איך בונים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משימות פותרים בכל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משימה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אוספים בסוף 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חפץ למזוודת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עלייה ומה זה מסע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קודם כול בוחרים נקודה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שבוחרים נקודה, מקשיבים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מהי עלייה ומה זה מסע – מתאימים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שתי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קוראים מפה ומכירים קהילות – מה זוכרים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יש שבעה ילדים ושבע קהילות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מסע אוספים שני חפצים למזוודה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שפותרים את המשימות צריך להקשיב לסיפור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קוראים מפה ומכירים קהילות –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קוראים מפה ומכירים קהילות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עונים על שתי משימות הקשורות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מקשיבים לסיפור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מוסיפים פריט חדש למזוודת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פותרים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שומעים על הילד ועל הקהילה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אוספים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מסמנים מקום על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קוראים מפה ומכירים קהילות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מקשיבים לסיפור ומבינים אותו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ילדים משתתפים במשחק שבעה מסעות, בית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השלב הראשון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אוספים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פותרים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משימות פותרים בכל נקודה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מקשיבים לסיפור ומבינים אותו – פרטים חשובים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להבין את הסיפור צריך לדעת מאיזו קהילה __________ הילד או הילדה.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מספרים גם לאן הילד או הילדה __________ בסוף המסע.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מקשיבים לסיפור ומבינים אותו – מסדרים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נקודה במפה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שתי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פותרים משימות מסע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מסעות יש במשחק שבעה מסעות, בית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פותרים בכל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פותרים משימות מסע – תרגול המבנה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מככבים שבעה ילדים משבע קהילות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שבעת הילדים יש בדיוק אותה דרך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פותרים משימות מסע – השלמת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שמקשיבים לסיפור, קודם כל __________ נקודה על המפה.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שמקשיבים לסיפור פותרים __________ משימות.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אוספים חפצים למזוודה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הילדים במשחק הגיעו לארץ ישראל באותה הדרך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אוספים חפצים למזוודה – איך בונים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ראשונים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אוספים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פותרים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פותרים בכל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אוספים חפצים למזוודה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כל מסע אוספים __________ למזוודה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יש שבע __________ ושבע דרכים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אוספים חפצים למזוודה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שתי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שבעה מסעות, בית אחד - מה משותף לכולם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ילדים מככבים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קהילות שונות מככבות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 או יכולה להסביר מה זה עלייה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 או יודעת לספר על מסע של ילד אחד מהמשחק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שבעה מסעות, בית אחד: משחק העליות לארץ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